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B06429" w14:textId="5CCE0A31" w:rsidR="00B402FD" w:rsidRPr="00FD2465" w:rsidRDefault="00B402FD" w:rsidP="00FD2465">
      <w:pPr>
        <w:jc w:val="center"/>
        <w:rPr>
          <w:rFonts w:ascii="Century Gothic" w:hAnsi="Century Gothic" w:cs="Arial"/>
          <w:b/>
          <w:sz w:val="24"/>
          <w:szCs w:val="24"/>
          <w:lang w:val="ca-ES"/>
        </w:rPr>
      </w:pPr>
      <w:r w:rsidRPr="00FD2465">
        <w:rPr>
          <w:rFonts w:ascii="Century Gothic" w:hAnsi="Century Gothic" w:cs="Arial"/>
          <w:b/>
          <w:sz w:val="24"/>
          <w:szCs w:val="24"/>
          <w:lang w:val="ca-ES"/>
        </w:rPr>
        <w:t xml:space="preserve">ANNEX </w:t>
      </w:r>
      <w:r w:rsidR="00670780">
        <w:rPr>
          <w:rFonts w:ascii="Century Gothic" w:hAnsi="Century Gothic" w:cs="Arial"/>
          <w:b/>
          <w:sz w:val="24"/>
          <w:szCs w:val="24"/>
          <w:lang w:val="ca-ES"/>
        </w:rPr>
        <w:t>V</w:t>
      </w:r>
      <w:r w:rsidRPr="00FD2465">
        <w:rPr>
          <w:rFonts w:ascii="Century Gothic" w:hAnsi="Century Gothic" w:cs="Arial"/>
          <w:b/>
          <w:sz w:val="24"/>
          <w:szCs w:val="24"/>
          <w:lang w:val="ca-ES"/>
        </w:rPr>
        <w:t xml:space="preserve">. SOL·LICITUD </w:t>
      </w:r>
      <w:r w:rsidR="00FD2465" w:rsidRPr="00FD2465">
        <w:rPr>
          <w:rFonts w:ascii="Century Gothic" w:hAnsi="Century Gothic" w:cs="Arial"/>
          <w:b/>
          <w:sz w:val="24"/>
          <w:szCs w:val="24"/>
          <w:lang w:val="ca-ES"/>
        </w:rPr>
        <w:t>D’ADAPTACIÓ DE PROVES</w:t>
      </w:r>
    </w:p>
    <w:p w14:paraId="0799971F" w14:textId="6046D509" w:rsidR="002D6426" w:rsidRDefault="009A4632" w:rsidP="003874EC">
      <w:pPr>
        <w:tabs>
          <w:tab w:val="left" w:pos="0"/>
          <w:tab w:val="left" w:pos="9638"/>
          <w:tab w:val="left" w:pos="10915"/>
        </w:tabs>
        <w:spacing w:after="0"/>
        <w:ind w:right="-1"/>
        <w:jc w:val="both"/>
        <w:rPr>
          <w:rFonts w:ascii="Century Gothic" w:hAnsi="Century Gothic"/>
          <w:b/>
          <w:sz w:val="20"/>
          <w:szCs w:val="28"/>
        </w:rPr>
      </w:pPr>
      <w:r w:rsidRPr="00E9586A">
        <w:rPr>
          <w:rFonts w:ascii="Century Gothic" w:hAnsi="Century Gothic"/>
          <w:b/>
          <w:sz w:val="20"/>
          <w:szCs w:val="28"/>
        </w:rPr>
        <w:t xml:space="preserve">CONVOCATÒRIA D’OFERTA </w:t>
      </w:r>
      <w:r w:rsidRPr="005A0227">
        <w:rPr>
          <w:rFonts w:ascii="Century Gothic" w:hAnsi="Century Gothic"/>
          <w:b/>
          <w:sz w:val="20"/>
          <w:szCs w:val="28"/>
        </w:rPr>
        <w:t xml:space="preserve">PÚBLICA D’OCUPACIÓ </w:t>
      </w:r>
      <w:bookmarkStart w:id="0" w:name="_Hlk233970006"/>
      <w:r w:rsidRPr="005A0227">
        <w:rPr>
          <w:rFonts w:ascii="Century Gothic" w:hAnsi="Century Gothic"/>
          <w:b/>
          <w:sz w:val="20"/>
          <w:szCs w:val="28"/>
        </w:rPr>
        <w:t>DEL</w:t>
      </w:r>
      <w:r>
        <w:rPr>
          <w:rFonts w:ascii="Century Gothic" w:hAnsi="Century Gothic"/>
          <w:b/>
          <w:sz w:val="20"/>
          <w:szCs w:val="28"/>
        </w:rPr>
        <w:t xml:space="preserve"> </w:t>
      </w:r>
      <w:r w:rsidRPr="005A0227">
        <w:rPr>
          <w:rFonts w:ascii="Century Gothic" w:hAnsi="Century Gothic"/>
          <w:b/>
          <w:sz w:val="20"/>
          <w:szCs w:val="28"/>
        </w:rPr>
        <w:t>GRUP</w:t>
      </w:r>
      <w:r>
        <w:rPr>
          <w:rFonts w:ascii="Century Gothic" w:hAnsi="Century Gothic"/>
          <w:b/>
          <w:sz w:val="20"/>
          <w:szCs w:val="28"/>
        </w:rPr>
        <w:t xml:space="preserve"> </w:t>
      </w:r>
      <w:r w:rsidRPr="005A0227">
        <w:rPr>
          <w:rFonts w:ascii="Century Gothic" w:hAnsi="Century Gothic"/>
          <w:b/>
          <w:sz w:val="20"/>
          <w:szCs w:val="28"/>
        </w:rPr>
        <w:t xml:space="preserve">PROFESSIONAL </w:t>
      </w:r>
      <w:r>
        <w:rPr>
          <w:rFonts w:ascii="Century Gothic" w:hAnsi="Century Gothic"/>
          <w:b/>
          <w:sz w:val="20"/>
          <w:szCs w:val="28"/>
        </w:rPr>
        <w:t>5, TAXA ESPECÍFICA 2022 I TAXES DE REPOSICIÓ</w:t>
      </w:r>
      <w:r w:rsidRPr="00E9586A">
        <w:rPr>
          <w:rFonts w:ascii="Century Gothic" w:hAnsi="Century Gothic"/>
          <w:b/>
          <w:sz w:val="20"/>
          <w:szCs w:val="28"/>
        </w:rPr>
        <w:t xml:space="preserve"> 202</w:t>
      </w:r>
      <w:r>
        <w:rPr>
          <w:rFonts w:ascii="Century Gothic" w:hAnsi="Century Gothic"/>
          <w:b/>
          <w:sz w:val="20"/>
          <w:szCs w:val="28"/>
        </w:rPr>
        <w:t>2 I 2023</w:t>
      </w:r>
      <w:bookmarkEnd w:id="0"/>
      <w:r>
        <w:rPr>
          <w:rFonts w:ascii="Century Gothic" w:hAnsi="Century Gothic"/>
          <w:b/>
          <w:sz w:val="20"/>
          <w:szCs w:val="28"/>
        </w:rPr>
        <w:t>, D’UN LLOC DE TREBALL DE TÈCNIC/A DE GESTIÓ ADMINISTRATIVA DE RECURSOS HUMANS, REF.: CSC/0126/IE</w:t>
      </w:r>
    </w:p>
    <w:p w14:paraId="1866AE24" w14:textId="77777777" w:rsidR="003874EC" w:rsidRDefault="003874EC" w:rsidP="009A4632">
      <w:pPr>
        <w:tabs>
          <w:tab w:val="left" w:pos="0"/>
          <w:tab w:val="left" w:pos="9638"/>
          <w:tab w:val="left" w:pos="10915"/>
        </w:tabs>
        <w:spacing w:after="0"/>
        <w:ind w:right="-1"/>
        <w:rPr>
          <w:rFonts w:ascii="Century Gothic" w:hAnsi="Century Gothic"/>
          <w:b/>
          <w:bCs/>
          <w:lang w:val="ca-ES"/>
        </w:rPr>
      </w:pPr>
    </w:p>
    <w:p w14:paraId="4FF179DB" w14:textId="3CB50550" w:rsidR="00D272C7" w:rsidRPr="00C60B61" w:rsidRDefault="00EE68A1" w:rsidP="005A4F35">
      <w:pPr>
        <w:jc w:val="both"/>
        <w:rPr>
          <w:rFonts w:ascii="Century Gothic" w:hAnsi="Century Gothic"/>
          <w:b/>
          <w:bCs/>
          <w:sz w:val="16"/>
          <w:szCs w:val="16"/>
          <w:lang w:val="ca-ES"/>
        </w:rPr>
      </w:pPr>
      <w:r w:rsidRPr="00C60B61">
        <w:rPr>
          <w:rFonts w:ascii="Century Gothic" w:hAnsi="Century Gothic"/>
          <w:b/>
          <w:bCs/>
          <w:sz w:val="20"/>
          <w:szCs w:val="20"/>
          <w:lang w:val="ca-ES"/>
        </w:rPr>
        <w:t>1. Dades de la persona aspirant</w:t>
      </w:r>
    </w:p>
    <w:p w14:paraId="7DDCB17A" w14:textId="32919B75" w:rsidR="00D272C7" w:rsidRPr="00670780" w:rsidRDefault="00EE68A1" w:rsidP="00FD2465">
      <w:pPr>
        <w:jc w:val="both"/>
        <w:rPr>
          <w:rFonts w:ascii="Century Gothic" w:hAnsi="Century Gothic"/>
          <w:sz w:val="18"/>
          <w:szCs w:val="18"/>
          <w:lang w:val="ca-ES"/>
        </w:rPr>
      </w:pPr>
      <w:r w:rsidRPr="00670780">
        <w:rPr>
          <w:rFonts w:ascii="Century Gothic" w:hAnsi="Century Gothic"/>
          <w:sz w:val="18"/>
          <w:szCs w:val="18"/>
          <w:lang w:val="ca-ES"/>
        </w:rPr>
        <w:t>Nom i cognoms: ______________</w:t>
      </w:r>
      <w:r w:rsidR="00C74D9F" w:rsidRPr="00670780">
        <w:rPr>
          <w:rFonts w:ascii="Century Gothic" w:hAnsi="Century Gothic"/>
          <w:sz w:val="18"/>
          <w:szCs w:val="18"/>
          <w:lang w:val="ca-ES"/>
        </w:rPr>
        <w:t>____________________________</w:t>
      </w:r>
      <w:r w:rsidRPr="00670780">
        <w:rPr>
          <w:rFonts w:ascii="Century Gothic" w:hAnsi="Century Gothic"/>
          <w:sz w:val="18"/>
          <w:szCs w:val="18"/>
          <w:lang w:val="ca-ES"/>
        </w:rPr>
        <w:t>__________________</w:t>
      </w:r>
      <w:r w:rsidR="00EF7246">
        <w:rPr>
          <w:rFonts w:ascii="Century Gothic" w:hAnsi="Century Gothic"/>
          <w:sz w:val="18"/>
          <w:szCs w:val="18"/>
          <w:lang w:val="ca-ES"/>
        </w:rPr>
        <w:t>___________</w:t>
      </w:r>
      <w:r w:rsidRPr="00670780">
        <w:rPr>
          <w:rFonts w:ascii="Century Gothic" w:hAnsi="Century Gothic"/>
          <w:sz w:val="18"/>
          <w:szCs w:val="18"/>
          <w:lang w:val="ca-ES"/>
        </w:rPr>
        <w:t>_______________</w:t>
      </w:r>
    </w:p>
    <w:p w14:paraId="16919D3E" w14:textId="518E019E" w:rsidR="00D272C7" w:rsidRPr="00670780" w:rsidRDefault="00EE68A1" w:rsidP="00FD2465">
      <w:pPr>
        <w:jc w:val="both"/>
        <w:rPr>
          <w:rFonts w:ascii="Century Gothic" w:hAnsi="Century Gothic"/>
          <w:sz w:val="18"/>
          <w:szCs w:val="18"/>
          <w:lang w:val="ca-ES"/>
        </w:rPr>
      </w:pPr>
      <w:r w:rsidRPr="00670780">
        <w:rPr>
          <w:rFonts w:ascii="Century Gothic" w:hAnsi="Century Gothic"/>
          <w:sz w:val="18"/>
          <w:szCs w:val="18"/>
          <w:lang w:val="ca-ES"/>
        </w:rPr>
        <w:t>DNI/NIE: ________________________________________</w:t>
      </w:r>
      <w:r w:rsidR="00C74D9F" w:rsidRPr="00670780">
        <w:rPr>
          <w:rFonts w:ascii="Century Gothic" w:hAnsi="Century Gothic"/>
          <w:sz w:val="18"/>
          <w:szCs w:val="18"/>
          <w:lang w:val="ca-ES"/>
        </w:rPr>
        <w:t>__________________________</w:t>
      </w:r>
      <w:r w:rsidR="00EF7246">
        <w:rPr>
          <w:rFonts w:ascii="Century Gothic" w:hAnsi="Century Gothic"/>
          <w:sz w:val="18"/>
          <w:szCs w:val="18"/>
          <w:lang w:val="ca-ES"/>
        </w:rPr>
        <w:t>___________</w:t>
      </w:r>
      <w:r w:rsidR="00C74D9F" w:rsidRPr="00670780">
        <w:rPr>
          <w:rFonts w:ascii="Century Gothic" w:hAnsi="Century Gothic"/>
          <w:sz w:val="18"/>
          <w:szCs w:val="18"/>
          <w:lang w:val="ca-ES"/>
        </w:rPr>
        <w:t>_____</w:t>
      </w:r>
      <w:r w:rsidRPr="00670780">
        <w:rPr>
          <w:rFonts w:ascii="Century Gothic" w:hAnsi="Century Gothic"/>
          <w:sz w:val="18"/>
          <w:szCs w:val="18"/>
          <w:lang w:val="ca-ES"/>
        </w:rPr>
        <w:t>____________</w:t>
      </w:r>
    </w:p>
    <w:p w14:paraId="104D604C" w14:textId="0D045815" w:rsidR="005A4F35" w:rsidRPr="00670780" w:rsidRDefault="00EE68A1" w:rsidP="005A4F35">
      <w:pPr>
        <w:jc w:val="both"/>
        <w:rPr>
          <w:rFonts w:ascii="Century Gothic" w:hAnsi="Century Gothic"/>
          <w:sz w:val="18"/>
          <w:szCs w:val="18"/>
          <w:lang w:val="ca-ES"/>
        </w:rPr>
      </w:pPr>
      <w:r w:rsidRPr="00670780">
        <w:rPr>
          <w:rFonts w:ascii="Century Gothic" w:hAnsi="Century Gothic"/>
          <w:sz w:val="18"/>
          <w:szCs w:val="18"/>
          <w:lang w:val="ca-ES"/>
        </w:rPr>
        <w:t>Telèfon</w:t>
      </w:r>
      <w:r w:rsidR="002D6426">
        <w:rPr>
          <w:rFonts w:ascii="Century Gothic" w:hAnsi="Century Gothic"/>
          <w:sz w:val="18"/>
          <w:szCs w:val="18"/>
          <w:lang w:val="ca-ES"/>
        </w:rPr>
        <w:t>:</w:t>
      </w:r>
      <w:r w:rsidRPr="00670780">
        <w:rPr>
          <w:rFonts w:ascii="Century Gothic" w:hAnsi="Century Gothic"/>
          <w:sz w:val="18"/>
          <w:szCs w:val="18"/>
          <w:lang w:val="ca-ES"/>
        </w:rPr>
        <w:t>______________________________</w:t>
      </w:r>
      <w:r w:rsidR="00C74D9F" w:rsidRPr="00670780">
        <w:rPr>
          <w:rFonts w:ascii="Century Gothic" w:hAnsi="Century Gothic"/>
          <w:sz w:val="18"/>
          <w:szCs w:val="18"/>
          <w:lang w:val="ca-ES"/>
        </w:rPr>
        <w:t>__</w:t>
      </w:r>
      <w:r w:rsidR="002D6426">
        <w:rPr>
          <w:rFonts w:ascii="Century Gothic" w:hAnsi="Century Gothic"/>
          <w:sz w:val="18"/>
          <w:szCs w:val="18"/>
          <w:lang w:val="ca-ES"/>
        </w:rPr>
        <w:t xml:space="preserve"> </w:t>
      </w:r>
      <w:r w:rsidRPr="00670780">
        <w:rPr>
          <w:rFonts w:ascii="Century Gothic" w:hAnsi="Century Gothic"/>
          <w:sz w:val="18"/>
          <w:szCs w:val="18"/>
          <w:lang w:val="ca-ES"/>
        </w:rPr>
        <w:t>Correu electrònic: _____________________</w:t>
      </w:r>
      <w:r w:rsidR="00C74D9F" w:rsidRPr="00670780">
        <w:rPr>
          <w:rFonts w:ascii="Century Gothic" w:hAnsi="Century Gothic"/>
          <w:sz w:val="18"/>
          <w:szCs w:val="18"/>
          <w:lang w:val="ca-ES"/>
        </w:rPr>
        <w:t>___________</w:t>
      </w:r>
      <w:r w:rsidR="002D6426">
        <w:rPr>
          <w:rFonts w:ascii="Century Gothic" w:hAnsi="Century Gothic"/>
          <w:sz w:val="18"/>
          <w:szCs w:val="18"/>
          <w:lang w:val="ca-ES"/>
        </w:rPr>
        <w:t>____________</w:t>
      </w:r>
    </w:p>
    <w:p w14:paraId="3988F009" w14:textId="7CA92AF4" w:rsidR="00D272C7" w:rsidRPr="00C60B61" w:rsidRDefault="00EE68A1" w:rsidP="005A4F35">
      <w:pPr>
        <w:jc w:val="both"/>
        <w:rPr>
          <w:rFonts w:ascii="Century Gothic" w:hAnsi="Century Gothic"/>
          <w:b/>
          <w:bCs/>
          <w:sz w:val="18"/>
          <w:szCs w:val="18"/>
          <w:lang w:val="ca-ES"/>
        </w:rPr>
      </w:pPr>
      <w:r w:rsidRPr="00C60B61">
        <w:rPr>
          <w:rFonts w:ascii="Century Gothic" w:hAnsi="Century Gothic"/>
          <w:b/>
          <w:bCs/>
          <w:sz w:val="20"/>
          <w:szCs w:val="20"/>
          <w:lang w:val="ca-ES"/>
        </w:rPr>
        <w:t>2. Dades relatives a la discapacitat</w:t>
      </w:r>
    </w:p>
    <w:p w14:paraId="556D5240" w14:textId="6C862816" w:rsidR="00D272C7" w:rsidRPr="00670780" w:rsidRDefault="00EE68A1" w:rsidP="00FD2465">
      <w:pPr>
        <w:jc w:val="both"/>
        <w:rPr>
          <w:rFonts w:ascii="Century Gothic" w:hAnsi="Century Gothic"/>
          <w:sz w:val="18"/>
          <w:szCs w:val="18"/>
          <w:lang w:val="ca-ES"/>
        </w:rPr>
      </w:pPr>
      <w:r w:rsidRPr="00670780">
        <w:rPr>
          <w:rFonts w:ascii="Century Gothic" w:hAnsi="Century Gothic"/>
          <w:sz w:val="18"/>
          <w:szCs w:val="18"/>
          <w:lang w:val="ca-ES"/>
        </w:rPr>
        <w:t>Percentatge de discapacitat reconegut: ______</w:t>
      </w:r>
      <w:r w:rsidR="00C74D9F" w:rsidRPr="00670780">
        <w:rPr>
          <w:rFonts w:ascii="Century Gothic" w:hAnsi="Century Gothic"/>
          <w:sz w:val="18"/>
          <w:szCs w:val="18"/>
          <w:lang w:val="ca-ES"/>
        </w:rPr>
        <w:t>__</w:t>
      </w:r>
      <w:r w:rsidRPr="00670780">
        <w:rPr>
          <w:rFonts w:ascii="Century Gothic" w:hAnsi="Century Gothic"/>
          <w:sz w:val="18"/>
          <w:szCs w:val="18"/>
          <w:lang w:val="ca-ES"/>
        </w:rPr>
        <w:t>____ %</w:t>
      </w:r>
    </w:p>
    <w:p w14:paraId="4D81D924" w14:textId="204C8A7D" w:rsidR="005A4F35" w:rsidRDefault="00EE68A1" w:rsidP="005A4F35">
      <w:pPr>
        <w:jc w:val="both"/>
        <w:rPr>
          <w:rFonts w:ascii="Century Gothic" w:hAnsi="Century Gothic"/>
          <w:sz w:val="20"/>
          <w:szCs w:val="20"/>
          <w:lang w:val="ca-ES"/>
        </w:rPr>
      </w:pPr>
      <w:r w:rsidRPr="00670780">
        <w:rPr>
          <w:rFonts w:ascii="Century Gothic" w:hAnsi="Century Gothic"/>
          <w:sz w:val="18"/>
          <w:szCs w:val="18"/>
          <w:lang w:val="ca-ES"/>
        </w:rPr>
        <w:t>Organisme emissor: _________</w:t>
      </w:r>
      <w:r w:rsidR="00C74D9F" w:rsidRPr="00670780">
        <w:rPr>
          <w:rFonts w:ascii="Century Gothic" w:hAnsi="Century Gothic"/>
          <w:sz w:val="18"/>
          <w:szCs w:val="18"/>
          <w:lang w:val="ca-ES"/>
        </w:rPr>
        <w:t>______________________________</w:t>
      </w:r>
      <w:r w:rsidRPr="00670780">
        <w:rPr>
          <w:rFonts w:ascii="Century Gothic" w:hAnsi="Century Gothic"/>
          <w:sz w:val="18"/>
          <w:szCs w:val="18"/>
          <w:lang w:val="ca-ES"/>
        </w:rPr>
        <w:t>____________________________</w:t>
      </w:r>
      <w:r w:rsidR="00EF7246">
        <w:rPr>
          <w:rFonts w:ascii="Century Gothic" w:hAnsi="Century Gothic"/>
          <w:sz w:val="18"/>
          <w:szCs w:val="18"/>
          <w:lang w:val="ca-ES"/>
        </w:rPr>
        <w:t>___________</w:t>
      </w:r>
      <w:r w:rsidRPr="00670780">
        <w:rPr>
          <w:rFonts w:ascii="Century Gothic" w:hAnsi="Century Gothic"/>
          <w:sz w:val="18"/>
          <w:szCs w:val="18"/>
          <w:lang w:val="ca-ES"/>
        </w:rPr>
        <w:t>_____</w:t>
      </w:r>
    </w:p>
    <w:p w14:paraId="3CE3F876" w14:textId="116AE939" w:rsidR="00D272C7" w:rsidRPr="00C60B61" w:rsidRDefault="00EE68A1" w:rsidP="005A4F35">
      <w:pPr>
        <w:jc w:val="both"/>
        <w:rPr>
          <w:rFonts w:ascii="Century Gothic" w:hAnsi="Century Gothic"/>
          <w:b/>
          <w:bCs/>
          <w:sz w:val="16"/>
          <w:szCs w:val="16"/>
          <w:lang w:val="ca-ES"/>
        </w:rPr>
      </w:pPr>
      <w:r w:rsidRPr="00C60B61">
        <w:rPr>
          <w:rFonts w:ascii="Century Gothic" w:hAnsi="Century Gothic"/>
          <w:b/>
          <w:bCs/>
          <w:sz w:val="20"/>
          <w:szCs w:val="20"/>
          <w:lang w:val="ca-ES"/>
        </w:rPr>
        <w:t>3. Sol·licitud d’adaptació</w:t>
      </w:r>
    </w:p>
    <w:p w14:paraId="2665A262" w14:textId="601A21F2" w:rsidR="00D272C7" w:rsidRPr="00670780" w:rsidRDefault="00EE68A1" w:rsidP="0055726A">
      <w:pPr>
        <w:spacing w:before="240"/>
        <w:rPr>
          <w:rFonts w:ascii="Century Gothic" w:hAnsi="Century Gothic"/>
          <w:sz w:val="18"/>
          <w:szCs w:val="18"/>
          <w:lang w:val="ca-ES"/>
        </w:rPr>
      </w:pPr>
      <w:r w:rsidRPr="00670780">
        <w:rPr>
          <w:rFonts w:ascii="Century Gothic" w:hAnsi="Century Gothic"/>
          <w:sz w:val="18"/>
          <w:szCs w:val="18"/>
          <w:lang w:val="ca-ES"/>
        </w:rPr>
        <w:t>Descripció de l’adaptació sol·licitada:</w:t>
      </w:r>
      <w:r w:rsidRPr="00670780">
        <w:rPr>
          <w:rFonts w:ascii="Century Gothic" w:hAnsi="Century Gothic"/>
          <w:sz w:val="18"/>
          <w:szCs w:val="18"/>
          <w:lang w:val="ca-ES"/>
        </w:rPr>
        <w:br/>
      </w:r>
      <w:r w:rsidRPr="00670780">
        <w:rPr>
          <w:rFonts w:ascii="Century Gothic" w:hAnsi="Century Gothic"/>
          <w:sz w:val="18"/>
          <w:szCs w:val="18"/>
          <w:lang w:val="ca-ES"/>
        </w:rPr>
        <w:br/>
        <w:t>________________________________</w:t>
      </w:r>
      <w:r w:rsidR="00C74D9F" w:rsidRPr="00670780">
        <w:rPr>
          <w:rFonts w:ascii="Century Gothic" w:hAnsi="Century Gothic"/>
          <w:sz w:val="18"/>
          <w:szCs w:val="18"/>
          <w:lang w:val="ca-ES"/>
        </w:rPr>
        <w:t>__________________________________________</w:t>
      </w:r>
      <w:r w:rsidRPr="00670780">
        <w:rPr>
          <w:rFonts w:ascii="Century Gothic" w:hAnsi="Century Gothic"/>
          <w:sz w:val="18"/>
          <w:szCs w:val="18"/>
          <w:lang w:val="ca-ES"/>
        </w:rPr>
        <w:t>______</w:t>
      </w:r>
      <w:r w:rsidR="00EF7246">
        <w:rPr>
          <w:rFonts w:ascii="Century Gothic" w:hAnsi="Century Gothic"/>
          <w:sz w:val="18"/>
          <w:szCs w:val="18"/>
          <w:lang w:val="ca-ES"/>
        </w:rPr>
        <w:t>___________</w:t>
      </w:r>
      <w:r w:rsidRPr="00670780">
        <w:rPr>
          <w:rFonts w:ascii="Century Gothic" w:hAnsi="Century Gothic"/>
          <w:sz w:val="18"/>
          <w:szCs w:val="18"/>
          <w:lang w:val="ca-ES"/>
        </w:rPr>
        <w:t>___________</w:t>
      </w:r>
      <w:r w:rsidRPr="00670780">
        <w:rPr>
          <w:rFonts w:ascii="Century Gothic" w:hAnsi="Century Gothic"/>
          <w:sz w:val="18"/>
          <w:szCs w:val="18"/>
          <w:lang w:val="ca-ES"/>
        </w:rPr>
        <w:br/>
      </w:r>
      <w:r w:rsidRPr="00670780">
        <w:rPr>
          <w:rFonts w:ascii="Century Gothic" w:hAnsi="Century Gothic"/>
          <w:sz w:val="18"/>
          <w:szCs w:val="18"/>
          <w:lang w:val="ca-ES"/>
        </w:rPr>
        <w:br/>
        <w:t>_______________________________________</w:t>
      </w:r>
      <w:r w:rsidR="00C74D9F" w:rsidRPr="00670780">
        <w:rPr>
          <w:rFonts w:ascii="Century Gothic" w:hAnsi="Century Gothic"/>
          <w:sz w:val="18"/>
          <w:szCs w:val="18"/>
          <w:lang w:val="ca-ES"/>
        </w:rPr>
        <w:t>________________________________________</w:t>
      </w:r>
      <w:r w:rsidRPr="00670780">
        <w:rPr>
          <w:rFonts w:ascii="Century Gothic" w:hAnsi="Century Gothic"/>
          <w:sz w:val="18"/>
          <w:szCs w:val="18"/>
          <w:lang w:val="ca-ES"/>
        </w:rPr>
        <w:t>_____</w:t>
      </w:r>
      <w:r w:rsidR="00C74D9F" w:rsidRPr="00670780">
        <w:rPr>
          <w:rFonts w:ascii="Century Gothic" w:hAnsi="Century Gothic"/>
          <w:sz w:val="18"/>
          <w:szCs w:val="18"/>
          <w:lang w:val="ca-ES"/>
        </w:rPr>
        <w:t>_</w:t>
      </w:r>
      <w:r w:rsidR="00EF7246">
        <w:rPr>
          <w:rFonts w:ascii="Century Gothic" w:hAnsi="Century Gothic"/>
          <w:sz w:val="18"/>
          <w:szCs w:val="18"/>
          <w:lang w:val="ca-ES"/>
        </w:rPr>
        <w:t>___________</w:t>
      </w:r>
      <w:r w:rsidR="00C74D9F" w:rsidRPr="00670780">
        <w:rPr>
          <w:rFonts w:ascii="Century Gothic" w:hAnsi="Century Gothic"/>
          <w:sz w:val="18"/>
          <w:szCs w:val="18"/>
          <w:lang w:val="ca-ES"/>
        </w:rPr>
        <w:t>_</w:t>
      </w:r>
      <w:r w:rsidRPr="00670780">
        <w:rPr>
          <w:rFonts w:ascii="Century Gothic" w:hAnsi="Century Gothic"/>
          <w:sz w:val="18"/>
          <w:szCs w:val="18"/>
          <w:lang w:val="ca-ES"/>
        </w:rPr>
        <w:t>_____</w:t>
      </w:r>
    </w:p>
    <w:p w14:paraId="434806EB" w14:textId="5689A269" w:rsidR="00C74D9F" w:rsidRPr="00670780" w:rsidRDefault="0055726A" w:rsidP="0055726A">
      <w:pPr>
        <w:spacing w:before="240"/>
        <w:rPr>
          <w:rFonts w:ascii="Century Gothic" w:hAnsi="Century Gothic"/>
          <w:sz w:val="18"/>
          <w:szCs w:val="18"/>
          <w:lang w:val="ca-ES"/>
        </w:rPr>
      </w:pPr>
      <w:r w:rsidRPr="00670780">
        <w:rPr>
          <w:rFonts w:ascii="Century Gothic" w:hAnsi="Century Gothic"/>
          <w:sz w:val="18"/>
          <w:szCs w:val="18"/>
          <w:lang w:val="ca-ES"/>
        </w:rPr>
        <w:t>____________________________________________________________________________________</w:t>
      </w:r>
      <w:r w:rsidR="00EE68A1" w:rsidRPr="00670780">
        <w:rPr>
          <w:rFonts w:ascii="Century Gothic" w:hAnsi="Century Gothic"/>
          <w:sz w:val="18"/>
          <w:szCs w:val="18"/>
          <w:lang w:val="ca-ES"/>
        </w:rPr>
        <w:t>____</w:t>
      </w:r>
      <w:r w:rsidR="00EF7246">
        <w:rPr>
          <w:rFonts w:ascii="Century Gothic" w:hAnsi="Century Gothic"/>
          <w:sz w:val="18"/>
          <w:szCs w:val="18"/>
          <w:lang w:val="ca-ES"/>
        </w:rPr>
        <w:t>___________</w:t>
      </w:r>
      <w:r w:rsidR="00EE68A1" w:rsidRPr="00670780">
        <w:rPr>
          <w:rFonts w:ascii="Century Gothic" w:hAnsi="Century Gothic"/>
          <w:sz w:val="18"/>
          <w:szCs w:val="18"/>
          <w:lang w:val="ca-ES"/>
        </w:rPr>
        <w:t>_</w:t>
      </w:r>
      <w:r w:rsidRPr="00670780">
        <w:rPr>
          <w:rFonts w:ascii="Century Gothic" w:hAnsi="Century Gothic"/>
          <w:sz w:val="18"/>
          <w:szCs w:val="18"/>
          <w:lang w:val="ca-ES"/>
        </w:rPr>
        <w:t>__</w:t>
      </w:r>
    </w:p>
    <w:p w14:paraId="24134AF1" w14:textId="16F5F5A0" w:rsidR="00D272C7" w:rsidRPr="00C60B61" w:rsidRDefault="00EE68A1" w:rsidP="005A4F35">
      <w:pPr>
        <w:spacing w:before="240"/>
        <w:rPr>
          <w:rFonts w:ascii="Century Gothic" w:hAnsi="Century Gothic"/>
          <w:b/>
          <w:bCs/>
          <w:sz w:val="16"/>
          <w:szCs w:val="16"/>
          <w:lang w:val="ca-ES"/>
        </w:rPr>
      </w:pPr>
      <w:r w:rsidRPr="00C60B61">
        <w:rPr>
          <w:rFonts w:ascii="Century Gothic" w:hAnsi="Century Gothic"/>
          <w:b/>
          <w:bCs/>
          <w:sz w:val="20"/>
          <w:szCs w:val="20"/>
          <w:lang w:val="ca-ES"/>
        </w:rPr>
        <w:t>4. Documentació aportada</w:t>
      </w:r>
    </w:p>
    <w:p w14:paraId="132EC204" w14:textId="6AB2052C" w:rsidR="00D272C7" w:rsidRPr="00670780" w:rsidRDefault="00EE68A1" w:rsidP="00FD2465">
      <w:pPr>
        <w:jc w:val="both"/>
        <w:rPr>
          <w:rFonts w:ascii="Century Gothic" w:hAnsi="Century Gothic"/>
          <w:sz w:val="18"/>
          <w:szCs w:val="18"/>
          <w:lang w:val="ca-ES"/>
        </w:rPr>
      </w:pPr>
      <w:r w:rsidRPr="00670780">
        <w:rPr>
          <w:rFonts w:ascii="Segoe UI Symbol" w:hAnsi="Segoe UI Symbol" w:cs="Segoe UI Symbol"/>
          <w:sz w:val="18"/>
          <w:szCs w:val="18"/>
          <w:lang w:val="ca-ES"/>
        </w:rPr>
        <w:t>☐</w:t>
      </w:r>
      <w:r w:rsidRPr="00670780">
        <w:rPr>
          <w:rFonts w:ascii="Century Gothic" w:hAnsi="Century Gothic"/>
          <w:sz w:val="18"/>
          <w:szCs w:val="18"/>
          <w:lang w:val="ca-ES"/>
        </w:rPr>
        <w:t xml:space="preserve"> Certificat </w:t>
      </w:r>
      <w:r w:rsidR="00670780" w:rsidRPr="00670780">
        <w:rPr>
          <w:rFonts w:ascii="Century Gothic" w:hAnsi="Century Gothic"/>
          <w:sz w:val="18"/>
          <w:szCs w:val="18"/>
          <w:lang w:val="ca-ES"/>
        </w:rPr>
        <w:t>acreditatiu del grau de discapacitat emès per l'òrgan competent de la Generalitat de Catalunya</w:t>
      </w:r>
      <w:r w:rsidR="003874EC">
        <w:rPr>
          <w:rFonts w:ascii="Century Gothic" w:hAnsi="Century Gothic"/>
          <w:sz w:val="18"/>
          <w:szCs w:val="18"/>
          <w:lang w:val="ca-ES"/>
        </w:rPr>
        <w:t>.</w:t>
      </w:r>
    </w:p>
    <w:p w14:paraId="4E6A0AE7" w14:textId="593F411E" w:rsidR="00670780" w:rsidRPr="00670780" w:rsidRDefault="00670780" w:rsidP="00FD2465">
      <w:pPr>
        <w:jc w:val="both"/>
        <w:rPr>
          <w:rFonts w:ascii="Century Gothic" w:hAnsi="Century Gothic"/>
          <w:sz w:val="18"/>
          <w:szCs w:val="18"/>
          <w:lang w:val="ca-ES"/>
        </w:rPr>
      </w:pPr>
      <w:r w:rsidRPr="00670780">
        <w:rPr>
          <w:rFonts w:ascii="Segoe UI Symbol" w:hAnsi="Segoe UI Symbol" w:cs="Segoe UI Symbol"/>
          <w:sz w:val="18"/>
          <w:szCs w:val="18"/>
          <w:lang w:val="ca-ES"/>
        </w:rPr>
        <w:t xml:space="preserve">☐ </w:t>
      </w:r>
      <w:r w:rsidRPr="00670780">
        <w:rPr>
          <w:rFonts w:ascii="Century Gothic" w:hAnsi="Century Gothic"/>
          <w:sz w:val="18"/>
          <w:szCs w:val="18"/>
          <w:lang w:val="ca-ES"/>
        </w:rPr>
        <w:t>Certificat emès per l’organisme acreditat corresponent, que informa de les característiques de la discapacitat o trastorn</w:t>
      </w:r>
      <w:r w:rsidR="003874EC">
        <w:rPr>
          <w:rFonts w:ascii="Century Gothic" w:hAnsi="Century Gothic"/>
          <w:sz w:val="18"/>
          <w:szCs w:val="18"/>
          <w:lang w:val="ca-ES"/>
        </w:rPr>
        <w:t>.</w:t>
      </w:r>
    </w:p>
    <w:p w14:paraId="41B94C19" w14:textId="18679802" w:rsidR="00CD3E32" w:rsidRDefault="00EE68A1" w:rsidP="00CD3E32">
      <w:pPr>
        <w:jc w:val="both"/>
        <w:rPr>
          <w:rFonts w:ascii="Century Gothic" w:hAnsi="Century Gothic"/>
          <w:sz w:val="18"/>
          <w:szCs w:val="18"/>
          <w:lang w:val="ca-ES"/>
        </w:rPr>
      </w:pPr>
      <w:r w:rsidRPr="00670780">
        <w:rPr>
          <w:rFonts w:ascii="Segoe UI Symbol" w:hAnsi="Segoe UI Symbol" w:cs="Segoe UI Symbol"/>
          <w:sz w:val="18"/>
          <w:szCs w:val="18"/>
          <w:lang w:val="ca-ES"/>
        </w:rPr>
        <w:t>☐</w:t>
      </w:r>
      <w:r w:rsidRPr="00670780">
        <w:rPr>
          <w:rFonts w:ascii="Century Gothic" w:hAnsi="Century Gothic"/>
          <w:sz w:val="18"/>
          <w:szCs w:val="18"/>
          <w:lang w:val="ca-ES"/>
        </w:rPr>
        <w:t xml:space="preserve"> Altra documentació</w:t>
      </w:r>
      <w:r w:rsidR="003874EC">
        <w:rPr>
          <w:rFonts w:ascii="Century Gothic" w:hAnsi="Century Gothic"/>
          <w:sz w:val="18"/>
          <w:szCs w:val="18"/>
          <w:lang w:val="ca-ES"/>
        </w:rPr>
        <w:t>.</w:t>
      </w:r>
    </w:p>
    <w:p w14:paraId="60074201" w14:textId="117C140E" w:rsidR="008C4D77" w:rsidRPr="00670780" w:rsidRDefault="008C4D77" w:rsidP="00CD3E32">
      <w:pPr>
        <w:jc w:val="both"/>
        <w:rPr>
          <w:rFonts w:ascii="Century Gothic" w:hAnsi="Century Gothic"/>
          <w:sz w:val="18"/>
          <w:szCs w:val="18"/>
          <w:lang w:val="ca-ES"/>
        </w:rPr>
      </w:pPr>
      <w:r w:rsidRPr="00670780">
        <w:rPr>
          <w:rFonts w:ascii="Century Gothic" w:hAnsi="Century Gothic"/>
          <w:sz w:val="18"/>
          <w:szCs w:val="18"/>
          <w:lang w:val="ca-ES"/>
        </w:rPr>
        <w:t>Les adaptacions sol·licitades seran valorades d’acord amb la documentació presentada i els principis d’adequació, necessitat i proporcionalitat.</w:t>
      </w:r>
    </w:p>
    <w:p w14:paraId="2857DB4B" w14:textId="67BFBCC2" w:rsidR="00D272C7" w:rsidRPr="00C60B61" w:rsidRDefault="00EE68A1" w:rsidP="00CD3E32">
      <w:pPr>
        <w:jc w:val="both"/>
        <w:rPr>
          <w:rFonts w:ascii="Century Gothic" w:hAnsi="Century Gothic"/>
          <w:b/>
          <w:bCs/>
          <w:sz w:val="16"/>
          <w:szCs w:val="16"/>
          <w:lang w:val="ca-ES"/>
        </w:rPr>
      </w:pPr>
      <w:r w:rsidRPr="00C60B61">
        <w:rPr>
          <w:rFonts w:ascii="Century Gothic" w:hAnsi="Century Gothic"/>
          <w:b/>
          <w:bCs/>
          <w:sz w:val="20"/>
          <w:szCs w:val="20"/>
          <w:lang w:val="ca-ES"/>
        </w:rPr>
        <w:t>5. Declaració responsable</w:t>
      </w:r>
    </w:p>
    <w:p w14:paraId="4D848A36" w14:textId="3FBC5387" w:rsidR="00D272C7" w:rsidRPr="00670780" w:rsidRDefault="00EE68A1" w:rsidP="00FD2465">
      <w:pPr>
        <w:jc w:val="both"/>
        <w:rPr>
          <w:rFonts w:ascii="Century Gothic" w:hAnsi="Century Gothic"/>
          <w:sz w:val="18"/>
          <w:szCs w:val="18"/>
          <w:lang w:val="ca-ES"/>
        </w:rPr>
      </w:pPr>
      <w:r w:rsidRPr="00670780">
        <w:rPr>
          <w:rFonts w:ascii="Century Gothic" w:hAnsi="Century Gothic"/>
          <w:sz w:val="18"/>
          <w:szCs w:val="18"/>
          <w:lang w:val="ca-ES"/>
        </w:rPr>
        <w:t xml:space="preserve">Declaro que les dades </w:t>
      </w:r>
      <w:r w:rsidR="00367EEE" w:rsidRPr="00367EEE">
        <w:rPr>
          <w:rFonts w:ascii="Century Gothic" w:hAnsi="Century Gothic"/>
          <w:sz w:val="18"/>
          <w:szCs w:val="18"/>
          <w:lang w:val="ca-ES"/>
        </w:rPr>
        <w:t>que faig constar en aquest document i la documentació aportada</w:t>
      </w:r>
      <w:r w:rsidRPr="00670780">
        <w:rPr>
          <w:rFonts w:ascii="Century Gothic" w:hAnsi="Century Gothic"/>
          <w:sz w:val="18"/>
          <w:szCs w:val="18"/>
          <w:lang w:val="ca-ES"/>
        </w:rPr>
        <w:t xml:space="preserve"> són certes. </w:t>
      </w:r>
    </w:p>
    <w:p w14:paraId="70B71BC5" w14:textId="4368B8AF" w:rsidR="00D272C7" w:rsidRPr="00670780" w:rsidRDefault="00EE68A1" w:rsidP="00FD2465">
      <w:pPr>
        <w:jc w:val="both"/>
        <w:rPr>
          <w:rFonts w:ascii="Century Gothic" w:hAnsi="Century Gothic"/>
          <w:sz w:val="18"/>
          <w:szCs w:val="18"/>
          <w:lang w:val="ca-ES"/>
        </w:rPr>
      </w:pPr>
      <w:r w:rsidRPr="00FD2465">
        <w:rPr>
          <w:rFonts w:ascii="Century Gothic" w:hAnsi="Century Gothic"/>
          <w:sz w:val="20"/>
          <w:szCs w:val="20"/>
          <w:lang w:val="ca-ES"/>
        </w:rPr>
        <w:br/>
      </w:r>
      <w:r w:rsidRPr="00670780">
        <w:rPr>
          <w:rFonts w:ascii="Century Gothic" w:hAnsi="Century Gothic"/>
          <w:sz w:val="18"/>
          <w:szCs w:val="18"/>
          <w:lang w:val="ca-ES"/>
        </w:rPr>
        <w:t xml:space="preserve">Lloc i data: </w:t>
      </w:r>
    </w:p>
    <w:p w14:paraId="29EC2730" w14:textId="1D72425D" w:rsidR="00D272C7" w:rsidRPr="00670780" w:rsidRDefault="00EE68A1" w:rsidP="00FD2465">
      <w:pPr>
        <w:jc w:val="both"/>
        <w:rPr>
          <w:rFonts w:ascii="Century Gothic" w:hAnsi="Century Gothic"/>
          <w:sz w:val="18"/>
          <w:szCs w:val="18"/>
          <w:lang w:val="ca-ES"/>
        </w:rPr>
      </w:pPr>
      <w:r w:rsidRPr="00670780">
        <w:rPr>
          <w:rFonts w:ascii="Century Gothic" w:hAnsi="Century Gothic"/>
          <w:sz w:val="18"/>
          <w:szCs w:val="18"/>
          <w:lang w:val="ca-ES"/>
        </w:rPr>
        <w:t xml:space="preserve">Signatura: </w:t>
      </w:r>
    </w:p>
    <w:sectPr w:rsidR="00D272C7" w:rsidRPr="00670780" w:rsidSect="003874EC">
      <w:headerReference w:type="default" r:id="rId8"/>
      <w:footerReference w:type="default" r:id="rId9"/>
      <w:pgSz w:w="12240" w:h="15840"/>
      <w:pgMar w:top="1701" w:right="1469" w:bottom="1134" w:left="155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13A853" w14:textId="77777777" w:rsidR="0095741C" w:rsidRDefault="00EE68A1">
      <w:pPr>
        <w:spacing w:after="0" w:line="240" w:lineRule="auto"/>
      </w:pPr>
      <w:r>
        <w:separator/>
      </w:r>
    </w:p>
  </w:endnote>
  <w:endnote w:type="continuationSeparator" w:id="0">
    <w:p w14:paraId="76765410" w14:textId="77777777" w:rsidR="0095741C" w:rsidRDefault="00EE6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77ABDD" w14:textId="1FFB7B42" w:rsidR="007D6DD4" w:rsidRPr="007D6DD4" w:rsidRDefault="007D6DD4">
    <w:pPr>
      <w:pStyle w:val="Piedepgina"/>
      <w:jc w:val="right"/>
      <w:rPr>
        <w:rFonts w:ascii="Century Gothic" w:hAnsi="Century Gothic"/>
        <w:sz w:val="20"/>
        <w:szCs w:val="20"/>
      </w:rPr>
    </w:pPr>
  </w:p>
  <w:p w14:paraId="1450FB26" w14:textId="1AAA089B" w:rsidR="00D272C7" w:rsidRPr="007D6DD4" w:rsidRDefault="00D272C7" w:rsidP="007D6DD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A81E73" w14:textId="77777777" w:rsidR="0095741C" w:rsidRDefault="00EE68A1">
      <w:pPr>
        <w:spacing w:after="0" w:line="240" w:lineRule="auto"/>
      </w:pPr>
      <w:r>
        <w:separator/>
      </w:r>
    </w:p>
  </w:footnote>
  <w:footnote w:type="continuationSeparator" w:id="0">
    <w:p w14:paraId="2B7B0C64" w14:textId="77777777" w:rsidR="0095741C" w:rsidRDefault="00EE68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5CD3BD" w14:textId="427AE8DE" w:rsidR="00D272C7" w:rsidRPr="00B402FD" w:rsidRDefault="00B402FD" w:rsidP="00B402FD">
    <w:pPr>
      <w:pStyle w:val="Encabezado"/>
    </w:pPr>
    <w:r>
      <w:rPr>
        <w:noProof/>
      </w:rPr>
      <w:drawing>
        <wp:inline distT="0" distB="0" distL="0" distR="0" wp14:anchorId="00445D6D" wp14:editId="59C0CABB">
          <wp:extent cx="831850" cy="329565"/>
          <wp:effectExtent l="0" t="0" r="6350" b="0"/>
          <wp:docPr id="1" name="Imagen 1" descr="C:\Users\aortap\Desktop\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C:\Users\aortap\Desktop\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1850" cy="329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30228552">
    <w:abstractNumId w:val="8"/>
  </w:num>
  <w:num w:numId="2" w16cid:durableId="852916216">
    <w:abstractNumId w:val="6"/>
  </w:num>
  <w:num w:numId="3" w16cid:durableId="190458037">
    <w:abstractNumId w:val="5"/>
  </w:num>
  <w:num w:numId="4" w16cid:durableId="1175194703">
    <w:abstractNumId w:val="4"/>
  </w:num>
  <w:num w:numId="5" w16cid:durableId="1775976021">
    <w:abstractNumId w:val="7"/>
  </w:num>
  <w:num w:numId="6" w16cid:durableId="1307513854">
    <w:abstractNumId w:val="3"/>
  </w:num>
  <w:num w:numId="7" w16cid:durableId="1588808259">
    <w:abstractNumId w:val="2"/>
  </w:num>
  <w:num w:numId="8" w16cid:durableId="243729976">
    <w:abstractNumId w:val="1"/>
  </w:num>
  <w:num w:numId="9" w16cid:durableId="2114544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2F5"/>
    <w:rsid w:val="0015074B"/>
    <w:rsid w:val="002548E3"/>
    <w:rsid w:val="0029639D"/>
    <w:rsid w:val="002C3762"/>
    <w:rsid w:val="002D6426"/>
    <w:rsid w:val="00326F90"/>
    <w:rsid w:val="00367EEE"/>
    <w:rsid w:val="003874EC"/>
    <w:rsid w:val="00461C9C"/>
    <w:rsid w:val="0055726A"/>
    <w:rsid w:val="005A4F35"/>
    <w:rsid w:val="00640492"/>
    <w:rsid w:val="00670780"/>
    <w:rsid w:val="007212A1"/>
    <w:rsid w:val="00733E14"/>
    <w:rsid w:val="007D6DD4"/>
    <w:rsid w:val="0087276A"/>
    <w:rsid w:val="008C4D77"/>
    <w:rsid w:val="009261F1"/>
    <w:rsid w:val="0095741C"/>
    <w:rsid w:val="00986F83"/>
    <w:rsid w:val="009A4632"/>
    <w:rsid w:val="009A5205"/>
    <w:rsid w:val="00AA1D8D"/>
    <w:rsid w:val="00B402FD"/>
    <w:rsid w:val="00B47730"/>
    <w:rsid w:val="00C60B61"/>
    <w:rsid w:val="00C74D9F"/>
    <w:rsid w:val="00CB0664"/>
    <w:rsid w:val="00CD3E32"/>
    <w:rsid w:val="00D272C7"/>
    <w:rsid w:val="00D97FFC"/>
    <w:rsid w:val="00DE36DA"/>
    <w:rsid w:val="00E1576C"/>
    <w:rsid w:val="00EE68A1"/>
    <w:rsid w:val="00EF7246"/>
    <w:rsid w:val="00FC693F"/>
    <w:rsid w:val="00FD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1ECF27CF"/>
  <w14:defaultImageDpi w14:val="300"/>
  <w15:docId w15:val="{FBE1B4E3-AEE0-43EE-BAC3-FF20B263E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97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269</Words>
  <Characters>1484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Montserrat Hernandez Garcia</dc:creator>
  <cp:keywords/>
  <dc:description>generated by python-docx</dc:description>
  <cp:lastModifiedBy>Olga Lanuza Alonso</cp:lastModifiedBy>
  <cp:revision>14</cp:revision>
  <dcterms:created xsi:type="dcterms:W3CDTF">2026-07-03T09:05:00Z</dcterms:created>
  <dcterms:modified xsi:type="dcterms:W3CDTF">2026-07-28T12:17:00Z</dcterms:modified>
  <cp:category/>
</cp:coreProperties>
</file>